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9535" w14:textId="77777777" w:rsidR="00FB7231" w:rsidRDefault="00A66AC3">
      <w:pPr>
        <w:pStyle w:val="Tytu"/>
      </w:pPr>
      <w:r>
        <w:t>Quiz: CZYSTE POWIETRZE – NASZA SPRAWA!</w:t>
      </w:r>
    </w:p>
    <w:p w14:paraId="20CBD58B" w14:textId="77777777" w:rsidR="00FB7231" w:rsidRDefault="00A66AC3">
      <w:r>
        <w:t>Organizator: Gmina Brenna</w:t>
      </w:r>
      <w:r>
        <w:br/>
      </w:r>
    </w:p>
    <w:p w14:paraId="46CBED51" w14:textId="77777777" w:rsidR="00FB7231" w:rsidRDefault="00A66AC3">
      <w:pPr>
        <w:pStyle w:val="Nagwek1"/>
      </w:pPr>
      <w:r>
        <w:t>CZĘŚĆ I – PYTANIA ZAMKNIĘTE</w:t>
      </w:r>
    </w:p>
    <w:p w14:paraId="185C22A1" w14:textId="307FD3EE" w:rsidR="00FB7231" w:rsidRDefault="00A66AC3">
      <w:pPr>
        <w:pStyle w:val="Listanumerowana"/>
      </w:pPr>
      <w:r>
        <w:t xml:space="preserve"> Co jest głównym źródłem smogu w Polsce?</w:t>
      </w:r>
    </w:p>
    <w:p w14:paraId="21A94B0A" w14:textId="77777777" w:rsidR="00FB7231" w:rsidRDefault="00A66AC3">
      <w:pPr>
        <w:pStyle w:val="Listapunktowana"/>
      </w:pPr>
      <w:r>
        <w:t>A) Elektrownie wodne</w:t>
      </w:r>
    </w:p>
    <w:p w14:paraId="76B07C39" w14:textId="77777777" w:rsidR="00FB7231" w:rsidRDefault="00A66AC3">
      <w:pPr>
        <w:pStyle w:val="Listapunktowana"/>
      </w:pPr>
      <w:r>
        <w:t>B) Transport lotniczy</w:t>
      </w:r>
    </w:p>
    <w:p w14:paraId="6B9A7C62" w14:textId="77777777" w:rsidR="00FB7231" w:rsidRDefault="00A66AC3">
      <w:pPr>
        <w:pStyle w:val="Listapunktowana"/>
      </w:pPr>
      <w:r>
        <w:t>C) Domowe piece i kotły opalane węglem</w:t>
      </w:r>
    </w:p>
    <w:p w14:paraId="20A2A82D" w14:textId="77777777" w:rsidR="00FB7231" w:rsidRDefault="00A66AC3">
      <w:pPr>
        <w:pStyle w:val="Listapunktowana"/>
      </w:pPr>
      <w:r>
        <w:t>D) Elektrownie jądrowe</w:t>
      </w:r>
    </w:p>
    <w:p w14:paraId="1B1A8178" w14:textId="4822B3E0" w:rsidR="00FB7231" w:rsidRDefault="00A66AC3">
      <w:pPr>
        <w:pStyle w:val="Listanumerowana"/>
      </w:pPr>
      <w:r>
        <w:t xml:space="preserve"> Która z poniższych roślin najlepiej oczyszcza powietrze w domu?</w:t>
      </w:r>
    </w:p>
    <w:p w14:paraId="62E59822" w14:textId="77777777" w:rsidR="00FB7231" w:rsidRDefault="00A66AC3">
      <w:pPr>
        <w:pStyle w:val="Listapunktowana"/>
      </w:pPr>
      <w:r>
        <w:t>A) Fikus</w:t>
      </w:r>
    </w:p>
    <w:p w14:paraId="1D0A2B64" w14:textId="77777777" w:rsidR="00FB7231" w:rsidRDefault="00A66AC3">
      <w:pPr>
        <w:pStyle w:val="Listapunktowana"/>
      </w:pPr>
      <w:r>
        <w:t>B) Aloes</w:t>
      </w:r>
    </w:p>
    <w:p w14:paraId="2A2F6968" w14:textId="77777777" w:rsidR="00FB7231" w:rsidRDefault="00A66AC3">
      <w:pPr>
        <w:pStyle w:val="Listapunktowana"/>
      </w:pPr>
      <w:r>
        <w:t>C) Storczyk</w:t>
      </w:r>
    </w:p>
    <w:p w14:paraId="77EB7898" w14:textId="77777777" w:rsidR="00FB7231" w:rsidRDefault="00A66AC3">
      <w:pPr>
        <w:pStyle w:val="Listapunktowana"/>
      </w:pPr>
      <w:r>
        <w:t>D) Kaktus</w:t>
      </w:r>
    </w:p>
    <w:p w14:paraId="1F7E59CE" w14:textId="70B35981" w:rsidR="00FB7231" w:rsidRDefault="00A66AC3">
      <w:pPr>
        <w:pStyle w:val="Listanumerowana"/>
      </w:pPr>
      <w:r>
        <w:t xml:space="preserve"> Jak nazywa się program rządowy wspierający wymianę źródeł ciepła na ekologiczne?</w:t>
      </w:r>
    </w:p>
    <w:p w14:paraId="4D47ED9B" w14:textId="77777777" w:rsidR="00FB7231" w:rsidRDefault="00A66AC3">
      <w:pPr>
        <w:pStyle w:val="Listapunktowana"/>
      </w:pPr>
      <w:r>
        <w:t>A) Zielona Energia</w:t>
      </w:r>
    </w:p>
    <w:p w14:paraId="5B732EDF" w14:textId="77777777" w:rsidR="00FB7231" w:rsidRDefault="00A66AC3">
      <w:pPr>
        <w:pStyle w:val="Listapunktowana"/>
      </w:pPr>
      <w:r>
        <w:t>B) Czyste Powietrze</w:t>
      </w:r>
    </w:p>
    <w:p w14:paraId="6CD9F980" w14:textId="77777777" w:rsidR="00FB7231" w:rsidRDefault="00A66AC3">
      <w:pPr>
        <w:pStyle w:val="Listapunktowana"/>
      </w:pPr>
      <w:r>
        <w:t>C) Ekodotacja</w:t>
      </w:r>
    </w:p>
    <w:p w14:paraId="01459133" w14:textId="77777777" w:rsidR="00FB7231" w:rsidRDefault="00A66AC3">
      <w:pPr>
        <w:pStyle w:val="Listapunktowana"/>
      </w:pPr>
      <w:r>
        <w:t>D) TermoDom</w:t>
      </w:r>
    </w:p>
    <w:p w14:paraId="64E00201" w14:textId="316EB905" w:rsidR="00FB7231" w:rsidRDefault="00A66AC3">
      <w:pPr>
        <w:pStyle w:val="Listanumerowana"/>
      </w:pPr>
      <w:r>
        <w:t>Co NIE wpływa na jakość powietrza?</w:t>
      </w:r>
    </w:p>
    <w:p w14:paraId="00B9CE37" w14:textId="77777777" w:rsidR="00FB7231" w:rsidRDefault="00A66AC3">
      <w:pPr>
        <w:pStyle w:val="Listapunktowana"/>
      </w:pPr>
      <w:r>
        <w:t>A) Rodzaj ogrzewania budynków</w:t>
      </w:r>
    </w:p>
    <w:p w14:paraId="7328B77E" w14:textId="77777777" w:rsidR="00FB7231" w:rsidRDefault="00A66AC3">
      <w:pPr>
        <w:pStyle w:val="Listapunktowana"/>
      </w:pPr>
      <w:r>
        <w:t>B) Pogoda</w:t>
      </w:r>
    </w:p>
    <w:p w14:paraId="7C1460B8" w14:textId="77777777" w:rsidR="00FB7231" w:rsidRDefault="00A66AC3">
      <w:pPr>
        <w:pStyle w:val="Listapunktowana"/>
      </w:pPr>
      <w:r>
        <w:t>C) Rodzaj gleby</w:t>
      </w:r>
    </w:p>
    <w:p w14:paraId="34CF79A4" w14:textId="77777777" w:rsidR="00FB7231" w:rsidRDefault="00A66AC3">
      <w:pPr>
        <w:pStyle w:val="Listapunktowana"/>
      </w:pPr>
      <w:r>
        <w:t>D) Transport drogowy</w:t>
      </w:r>
    </w:p>
    <w:p w14:paraId="167A59BA" w14:textId="7FE7688F" w:rsidR="00FB7231" w:rsidRDefault="00A66AC3">
      <w:pPr>
        <w:pStyle w:val="Listanumerowana"/>
      </w:pPr>
      <w:r>
        <w:t>Jaki kolor oznacza bardzo złą jakość powietrza w popularnych aplikacjach smogowych?</w:t>
      </w:r>
    </w:p>
    <w:p w14:paraId="6ED1038B" w14:textId="77777777" w:rsidR="00FB7231" w:rsidRDefault="00A66AC3">
      <w:pPr>
        <w:pStyle w:val="Listapunktowana"/>
      </w:pPr>
      <w:r>
        <w:t>A) Zielony</w:t>
      </w:r>
    </w:p>
    <w:p w14:paraId="6381D691" w14:textId="77777777" w:rsidR="00FB7231" w:rsidRDefault="00A66AC3">
      <w:pPr>
        <w:pStyle w:val="Listapunktowana"/>
      </w:pPr>
      <w:r>
        <w:t>B) Niebieski</w:t>
      </w:r>
    </w:p>
    <w:p w14:paraId="0711683F" w14:textId="77777777" w:rsidR="00FB7231" w:rsidRDefault="00A66AC3">
      <w:pPr>
        <w:pStyle w:val="Listapunktowana"/>
      </w:pPr>
      <w:r>
        <w:t>C) Czerwony</w:t>
      </w:r>
    </w:p>
    <w:p w14:paraId="41D8FE1F" w14:textId="77777777" w:rsidR="00FB7231" w:rsidRDefault="00A66AC3">
      <w:pPr>
        <w:pStyle w:val="Listapunktowana"/>
      </w:pPr>
      <w:r>
        <w:t>D) Żółty</w:t>
      </w:r>
    </w:p>
    <w:p w14:paraId="3C99BECF" w14:textId="29137693" w:rsidR="00FB7231" w:rsidRDefault="00A66AC3">
      <w:pPr>
        <w:pStyle w:val="Listanumerowana"/>
      </w:pPr>
      <w:r>
        <w:lastRenderedPageBreak/>
        <w:t>Który z gazów cieplarnianych występuje w największym stężeniu w atmosferze?</w:t>
      </w:r>
    </w:p>
    <w:p w14:paraId="7139D2FA" w14:textId="77777777" w:rsidR="00FB7231" w:rsidRDefault="00A66AC3">
      <w:pPr>
        <w:pStyle w:val="Listapunktowana"/>
      </w:pPr>
      <w:r>
        <w:t>A) Dwutlenek węgla (CO₂)</w:t>
      </w:r>
    </w:p>
    <w:p w14:paraId="525FC179" w14:textId="77777777" w:rsidR="00FB7231" w:rsidRDefault="00A66AC3">
      <w:pPr>
        <w:pStyle w:val="Listapunktowana"/>
      </w:pPr>
      <w:r>
        <w:t>B) Ozon (O₃)</w:t>
      </w:r>
    </w:p>
    <w:p w14:paraId="3E8E1427" w14:textId="77777777" w:rsidR="00FB7231" w:rsidRDefault="00A66AC3">
      <w:pPr>
        <w:pStyle w:val="Listapunktowana"/>
      </w:pPr>
      <w:r>
        <w:t>C) Metan (CH₄)</w:t>
      </w:r>
    </w:p>
    <w:p w14:paraId="6BA7E3CC" w14:textId="77777777" w:rsidR="00FB7231" w:rsidRDefault="00A66AC3">
      <w:pPr>
        <w:pStyle w:val="Listapunktowana"/>
      </w:pPr>
      <w:r>
        <w:t>D) Podtlenek azotu (N₂O)</w:t>
      </w:r>
    </w:p>
    <w:p w14:paraId="22DAFBD4" w14:textId="1CD391DD" w:rsidR="00FB7231" w:rsidRDefault="00A66AC3">
      <w:pPr>
        <w:pStyle w:val="Listanumerowana"/>
      </w:pPr>
      <w:r>
        <w:t>Czy palenie śmieci w piecu jest legalne?</w:t>
      </w:r>
    </w:p>
    <w:p w14:paraId="45FBAB16" w14:textId="77777777" w:rsidR="00FB7231" w:rsidRDefault="00A66AC3">
      <w:pPr>
        <w:pStyle w:val="Listapunktowana"/>
      </w:pPr>
      <w:r>
        <w:t>A) Tak</w:t>
      </w:r>
    </w:p>
    <w:p w14:paraId="62DF583C" w14:textId="77777777" w:rsidR="00FB7231" w:rsidRDefault="00A66AC3">
      <w:pPr>
        <w:pStyle w:val="Listapunktowana"/>
      </w:pPr>
      <w:r>
        <w:t>B) Tylko jeśli są suche</w:t>
      </w:r>
    </w:p>
    <w:p w14:paraId="2D48EF8F" w14:textId="77777777" w:rsidR="00FB7231" w:rsidRDefault="00A66AC3">
      <w:pPr>
        <w:pStyle w:val="Listapunktowana"/>
      </w:pPr>
      <w:r>
        <w:t>C) Nie</w:t>
      </w:r>
    </w:p>
    <w:p w14:paraId="621AFACB" w14:textId="13EC6FD1" w:rsidR="00FB7231" w:rsidRDefault="00FB7231" w:rsidP="00002E8A">
      <w:pPr>
        <w:pStyle w:val="Listapunktowana"/>
        <w:numPr>
          <w:ilvl w:val="0"/>
          <w:numId w:val="0"/>
        </w:numPr>
      </w:pPr>
    </w:p>
    <w:p w14:paraId="40142047" w14:textId="77777777" w:rsidR="00FB7231" w:rsidRDefault="00A66AC3">
      <w:pPr>
        <w:pStyle w:val="Nagwek1"/>
      </w:pPr>
      <w:r>
        <w:t>CZĘŚĆ II – PYTANIA OTWARTE</w:t>
      </w:r>
    </w:p>
    <w:p w14:paraId="5F271829" w14:textId="790DF293" w:rsidR="00FB7231" w:rsidRDefault="00A66AC3">
      <w:pPr>
        <w:pStyle w:val="Listanumerowana"/>
      </w:pPr>
      <w:r>
        <w:t>W jaki sposób Ty lub Twoja rodzina możecie przyczynić się do poprawy jakości powietrza?</w:t>
      </w:r>
    </w:p>
    <w:p w14:paraId="79D6CAF6" w14:textId="77777777" w:rsidR="00FB7231" w:rsidRDefault="00A66AC3">
      <w:r>
        <w:br/>
      </w:r>
      <w:r>
        <w:br/>
      </w:r>
    </w:p>
    <w:p w14:paraId="4035390D" w14:textId="1CA9BEAB" w:rsidR="00FB7231" w:rsidRDefault="00A66AC3">
      <w:pPr>
        <w:pStyle w:val="Listanumerowana"/>
      </w:pPr>
      <w:r>
        <w:t>Jakie skutki zdrowotne może powodować długotrwałe wdychanie zanieczyszczonego powietrza?</w:t>
      </w:r>
    </w:p>
    <w:p w14:paraId="54DA80F6" w14:textId="77777777" w:rsidR="00FB7231" w:rsidRDefault="00A66AC3">
      <w:r>
        <w:br/>
      </w:r>
      <w:r>
        <w:br/>
      </w:r>
    </w:p>
    <w:p w14:paraId="5D924404" w14:textId="02B327CA" w:rsidR="00FB7231" w:rsidRDefault="00A66AC3">
      <w:pPr>
        <w:pStyle w:val="Listanumerowana"/>
      </w:pPr>
      <w:r>
        <w:t>Wymień przynajmniej trzy działania, które można podjąć, aby ograniczyć emisję zanieczyszczeń powietrza.</w:t>
      </w:r>
    </w:p>
    <w:p w14:paraId="4F4847CF" w14:textId="77777777" w:rsidR="00FB7231" w:rsidRDefault="00A66AC3">
      <w:r>
        <w:br/>
      </w:r>
      <w:r>
        <w:br/>
      </w:r>
    </w:p>
    <w:p w14:paraId="22F7C1CB" w14:textId="678A9A7A" w:rsidR="00FB7231" w:rsidRDefault="00A66AC3">
      <w:pPr>
        <w:pStyle w:val="Listanumerowana"/>
      </w:pPr>
      <w:r>
        <w:t>Dlaczego warto inwestować w odnawialne źródła energii w kontekście ochrony powietrza?</w:t>
      </w:r>
    </w:p>
    <w:p w14:paraId="15D24A50" w14:textId="77777777" w:rsidR="00FB7231" w:rsidRDefault="00A66AC3">
      <w:r>
        <w:br/>
      </w:r>
      <w:r>
        <w:br/>
      </w:r>
    </w:p>
    <w:p w14:paraId="3F799011" w14:textId="1D08A28E" w:rsidR="00FB7231" w:rsidRDefault="00A66AC3">
      <w:pPr>
        <w:pStyle w:val="Listanumerowana"/>
      </w:pPr>
      <w:r>
        <w:t>Jak oceniasz jakość powietrza w Gminie Brenna? Co można by poprawić?</w:t>
      </w:r>
    </w:p>
    <w:p w14:paraId="3598AE13" w14:textId="29BF2FF7" w:rsidR="00FB7231" w:rsidRPr="00002E8A" w:rsidRDefault="00FB7231">
      <w:pPr>
        <w:rPr>
          <w:sz w:val="20"/>
          <w:szCs w:val="20"/>
        </w:rPr>
      </w:pPr>
    </w:p>
    <w:sectPr w:rsidR="00FB7231" w:rsidRPr="00002E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2FD26A4"/>
    <w:multiLevelType w:val="multilevel"/>
    <w:tmpl w:val="3A12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9201373">
    <w:abstractNumId w:val="8"/>
  </w:num>
  <w:num w:numId="2" w16cid:durableId="1858999519">
    <w:abstractNumId w:val="6"/>
  </w:num>
  <w:num w:numId="3" w16cid:durableId="192499210">
    <w:abstractNumId w:val="5"/>
  </w:num>
  <w:num w:numId="4" w16cid:durableId="1091782473">
    <w:abstractNumId w:val="4"/>
  </w:num>
  <w:num w:numId="5" w16cid:durableId="1444571966">
    <w:abstractNumId w:val="7"/>
  </w:num>
  <w:num w:numId="6" w16cid:durableId="1520271357">
    <w:abstractNumId w:val="3"/>
  </w:num>
  <w:num w:numId="7" w16cid:durableId="700130546">
    <w:abstractNumId w:val="2"/>
  </w:num>
  <w:num w:numId="8" w16cid:durableId="1349674236">
    <w:abstractNumId w:val="1"/>
  </w:num>
  <w:num w:numId="9" w16cid:durableId="1343893335">
    <w:abstractNumId w:val="0"/>
  </w:num>
  <w:num w:numId="10" w16cid:durableId="13203055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E8A"/>
    <w:rsid w:val="00034616"/>
    <w:rsid w:val="0006063C"/>
    <w:rsid w:val="0015074B"/>
    <w:rsid w:val="002471B9"/>
    <w:rsid w:val="0029639D"/>
    <w:rsid w:val="003023E1"/>
    <w:rsid w:val="00326F90"/>
    <w:rsid w:val="00A66AC3"/>
    <w:rsid w:val="00AA1D8D"/>
    <w:rsid w:val="00B47730"/>
    <w:rsid w:val="00C260E9"/>
    <w:rsid w:val="00CB0664"/>
    <w:rsid w:val="00FB72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356DA"/>
  <w14:defaultImageDpi w14:val="330"/>
  <w15:docId w15:val="{0C833413-F895-46E6-A8D7-2EB52B87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206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Majdańska</cp:lastModifiedBy>
  <cp:revision>3</cp:revision>
  <dcterms:created xsi:type="dcterms:W3CDTF">2013-12-23T23:15:00Z</dcterms:created>
  <dcterms:modified xsi:type="dcterms:W3CDTF">2025-07-31T08:04:00Z</dcterms:modified>
  <cp:category/>
</cp:coreProperties>
</file>